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7D7A" w14:textId="77777777" w:rsidR="00BA03C9" w:rsidRPr="003949A0" w:rsidRDefault="000B64FD" w:rsidP="003949A0">
      <w:pPr>
        <w:spacing w:after="0"/>
        <w:jc w:val="center"/>
        <w:rPr>
          <w:rFonts w:cs="Times New Roman"/>
          <w:b/>
          <w:sz w:val="23"/>
          <w:szCs w:val="23"/>
          <w:lang w:val="tr-TR"/>
        </w:rPr>
      </w:pPr>
      <w:r w:rsidRPr="003949A0">
        <w:rPr>
          <w:rFonts w:cs="Times New Roman"/>
          <w:b/>
          <w:sz w:val="23"/>
          <w:szCs w:val="23"/>
          <w:lang w:val="tr-TR"/>
        </w:rPr>
        <w:t>KİŞİSEL VERİ SAHİBİ (İLGİLİ KİŞİ) BAŞVURU FORMU</w:t>
      </w:r>
    </w:p>
    <w:p w14:paraId="7E6A9C3D" w14:textId="77777777" w:rsidR="003949A0" w:rsidRPr="003949A0" w:rsidRDefault="003949A0" w:rsidP="003949A0">
      <w:pPr>
        <w:spacing w:after="0"/>
        <w:jc w:val="center"/>
        <w:rPr>
          <w:rFonts w:cs="Times New Roman"/>
          <w:sz w:val="23"/>
          <w:szCs w:val="23"/>
          <w:lang w:val="tr-TR"/>
        </w:rPr>
      </w:pPr>
    </w:p>
    <w:p w14:paraId="5AF8D814"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t>GENEL AÇIKLAMALAR</w:t>
      </w:r>
    </w:p>
    <w:p w14:paraId="1786644A" w14:textId="77777777" w:rsidR="003949A0" w:rsidRPr="003949A0" w:rsidRDefault="003949A0" w:rsidP="003949A0">
      <w:pPr>
        <w:pStyle w:val="ListeParagraf"/>
        <w:spacing w:before="120" w:after="0"/>
        <w:ind w:left="567"/>
        <w:rPr>
          <w:rFonts w:cs="Times New Roman"/>
          <w:sz w:val="23"/>
          <w:szCs w:val="23"/>
          <w:lang w:val="tr-TR"/>
        </w:rPr>
      </w:pPr>
    </w:p>
    <w:p w14:paraId="19C22960" w14:textId="77777777" w:rsidR="00BA03C9" w:rsidRPr="003949A0" w:rsidRDefault="000B64FD" w:rsidP="003949A0">
      <w:pPr>
        <w:spacing w:after="0"/>
        <w:jc w:val="both"/>
        <w:rPr>
          <w:rFonts w:cs="Times New Roman"/>
          <w:sz w:val="23"/>
          <w:szCs w:val="23"/>
          <w:lang w:val="tr-TR"/>
        </w:rPr>
      </w:pPr>
      <w:r w:rsidRPr="003949A0">
        <w:rPr>
          <w:rFonts w:cs="Times New Roman"/>
          <w:sz w:val="23"/>
          <w:szCs w:val="23"/>
          <w:lang w:val="tr-TR"/>
        </w:rPr>
        <w:t>6698 sayılı Kişisel Verilerin Korunması Kanunu’nun (“</w:t>
      </w:r>
      <w:r w:rsidRPr="003949A0">
        <w:rPr>
          <w:rFonts w:cs="Times New Roman"/>
          <w:b/>
          <w:bCs/>
          <w:i/>
          <w:iCs/>
          <w:sz w:val="23"/>
          <w:szCs w:val="23"/>
          <w:lang w:val="tr-TR"/>
        </w:rPr>
        <w:t>Kanun</w:t>
      </w:r>
      <w:r w:rsidRPr="003949A0">
        <w:rPr>
          <w:rFonts w:cs="Times New Roman"/>
          <w:sz w:val="23"/>
          <w:szCs w:val="23"/>
          <w:lang w:val="tr-TR"/>
        </w:rPr>
        <w:t>”) 11. maddesi uyarınca ilgili kişiler, veri sorumlusuna başvurarak kişisel verilerine ilişkin haklarını kullanabilirler. Kanun’un 13. maddesi ve Veri Sorumlusuna Başvuru Usul ve Esasları Hakkında Tebliğ (“</w:t>
      </w:r>
      <w:r w:rsidRPr="003949A0">
        <w:rPr>
          <w:rFonts w:cs="Times New Roman"/>
          <w:b/>
          <w:bCs/>
          <w:i/>
          <w:iCs/>
          <w:sz w:val="23"/>
          <w:szCs w:val="23"/>
          <w:lang w:val="tr-TR"/>
        </w:rPr>
        <w:t>Tebliğ</w:t>
      </w:r>
      <w:r w:rsidRPr="003949A0">
        <w:rPr>
          <w:rFonts w:cs="Times New Roman"/>
          <w:sz w:val="23"/>
          <w:szCs w:val="23"/>
          <w:lang w:val="tr-TR"/>
        </w:rPr>
        <w:t>”) uyarınca bu başvurunun yazılı olarak veya Tebliğ’de belirtilen diğer yöntemlerle yapılması gerekir. sigortanikarsilastir.com internet sitesi üzerinden elde edilen kişisel verilerinizin veri sorumlusu IMC Sigorta ve Reasürans Brokerliği A.Ş.’</w:t>
      </w:r>
      <w:proofErr w:type="spellStart"/>
      <w:r w:rsidRPr="003949A0">
        <w:rPr>
          <w:rFonts w:cs="Times New Roman"/>
          <w:sz w:val="23"/>
          <w:szCs w:val="23"/>
          <w:lang w:val="tr-TR"/>
        </w:rPr>
        <w:t>dir</w:t>
      </w:r>
      <w:proofErr w:type="spellEnd"/>
      <w:r w:rsidRPr="003949A0">
        <w:rPr>
          <w:rFonts w:cs="Times New Roman"/>
          <w:sz w:val="23"/>
          <w:szCs w:val="23"/>
          <w:lang w:val="tr-TR"/>
        </w:rPr>
        <w:t xml:space="preserve"> (“</w:t>
      </w:r>
      <w:r w:rsidRPr="003949A0">
        <w:rPr>
          <w:rFonts w:cs="Times New Roman"/>
          <w:b/>
          <w:bCs/>
          <w:i/>
          <w:iCs/>
          <w:sz w:val="23"/>
          <w:szCs w:val="23"/>
          <w:lang w:val="tr-TR"/>
        </w:rPr>
        <w:t>Şirket</w:t>
      </w:r>
      <w:r w:rsidRPr="003949A0">
        <w:rPr>
          <w:rFonts w:cs="Times New Roman"/>
          <w:sz w:val="23"/>
          <w:szCs w:val="23"/>
          <w:lang w:val="tr-TR"/>
        </w:rPr>
        <w:t>”). Bu form, başvurunuzun Tebliğ’in 5. maddesinde aranan zorunlu unsurları içermesini ve en kısa sürede sonuçlandırılmasını sağlamak amacıyla hazırlanmıştır.</w:t>
      </w:r>
    </w:p>
    <w:p w14:paraId="48BA0E15" w14:textId="77777777" w:rsidR="003949A0" w:rsidRPr="003949A0" w:rsidRDefault="003949A0" w:rsidP="003949A0">
      <w:pPr>
        <w:spacing w:after="0"/>
        <w:jc w:val="both"/>
        <w:rPr>
          <w:rFonts w:cs="Times New Roman"/>
          <w:sz w:val="23"/>
          <w:szCs w:val="23"/>
          <w:lang w:val="tr-TR"/>
        </w:rPr>
      </w:pPr>
    </w:p>
    <w:p w14:paraId="24BB1D0A" w14:textId="77777777" w:rsidR="00BA03C9" w:rsidRDefault="000B64FD" w:rsidP="003949A0">
      <w:pPr>
        <w:spacing w:after="0"/>
        <w:jc w:val="both"/>
        <w:rPr>
          <w:rFonts w:cs="Times New Roman"/>
          <w:sz w:val="23"/>
          <w:szCs w:val="23"/>
          <w:lang w:val="tr-TR"/>
        </w:rPr>
      </w:pPr>
      <w:r w:rsidRPr="003949A0">
        <w:rPr>
          <w:rFonts w:cs="Times New Roman"/>
          <w:sz w:val="23"/>
          <w:szCs w:val="23"/>
          <w:lang w:val="tr-TR"/>
        </w:rPr>
        <w:t>Formu doldurarak aşağıdaki yöntemlerden biriyle Şirket’e iletebilirsiniz:</w:t>
      </w:r>
    </w:p>
    <w:p w14:paraId="3955C134" w14:textId="77777777" w:rsidR="003949A0" w:rsidRPr="003949A0" w:rsidRDefault="003949A0" w:rsidP="003949A0">
      <w:pPr>
        <w:spacing w:after="0"/>
        <w:jc w:val="both"/>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2B2915F0" w14:textId="77777777">
        <w:trPr>
          <w:jc w:val="center"/>
        </w:trPr>
        <w:tc>
          <w:tcPr>
            <w:tcW w:w="2948" w:type="dxa"/>
          </w:tcPr>
          <w:p w14:paraId="29E1C70D"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Yazılı başvuru</w:t>
            </w:r>
          </w:p>
        </w:tc>
        <w:tc>
          <w:tcPr>
            <w:tcW w:w="6463" w:type="dxa"/>
          </w:tcPr>
          <w:p w14:paraId="559E0B6C" w14:textId="77777777" w:rsidR="00BA03C9" w:rsidRPr="003949A0" w:rsidRDefault="000B64FD" w:rsidP="003949A0">
            <w:pPr>
              <w:spacing w:after="0"/>
              <w:jc w:val="both"/>
              <w:rPr>
                <w:rFonts w:cs="Times New Roman"/>
                <w:sz w:val="23"/>
                <w:szCs w:val="23"/>
                <w:lang w:val="tr-TR"/>
              </w:rPr>
            </w:pPr>
            <w:r w:rsidRPr="003949A0">
              <w:rPr>
                <w:rFonts w:cs="Times New Roman"/>
                <w:sz w:val="23"/>
                <w:szCs w:val="23"/>
                <w:lang w:val="tr-TR"/>
              </w:rPr>
              <w:t xml:space="preserve">Formun ıslak imzalı kopyasının elden (kimlik ibrazıyla), noter aracılığıyla veya iadeli taahhütlü mektupla “Esentepe </w:t>
            </w:r>
            <w:proofErr w:type="spellStart"/>
            <w:r w:rsidRPr="003949A0">
              <w:rPr>
                <w:rFonts w:cs="Times New Roman"/>
                <w:sz w:val="23"/>
                <w:szCs w:val="23"/>
                <w:lang w:val="tr-TR"/>
              </w:rPr>
              <w:t>Mh</w:t>
            </w:r>
            <w:proofErr w:type="spellEnd"/>
            <w:r w:rsidRPr="003949A0">
              <w:rPr>
                <w:rFonts w:cs="Times New Roman"/>
                <w:sz w:val="23"/>
                <w:szCs w:val="23"/>
                <w:lang w:val="tr-TR"/>
              </w:rPr>
              <w:t xml:space="preserve">. Matbuat </w:t>
            </w:r>
            <w:proofErr w:type="spellStart"/>
            <w:r w:rsidRPr="003949A0">
              <w:rPr>
                <w:rFonts w:cs="Times New Roman"/>
                <w:sz w:val="23"/>
                <w:szCs w:val="23"/>
                <w:lang w:val="tr-TR"/>
              </w:rPr>
              <w:t>Sk</w:t>
            </w:r>
            <w:proofErr w:type="spellEnd"/>
            <w:r w:rsidRPr="003949A0">
              <w:rPr>
                <w:rFonts w:cs="Times New Roman"/>
                <w:sz w:val="23"/>
                <w:szCs w:val="23"/>
                <w:lang w:val="tr-TR"/>
              </w:rPr>
              <w:t>. No:5 Kat:2 Şişli / İstanbul” adresindeki Şirket merkezine iletilmesi. Zarfın üzerine “Kişisel Verilerin Korunması Kanunu Kapsamında Bilgi Talebi” yazılması rica olunur.</w:t>
            </w:r>
          </w:p>
        </w:tc>
      </w:tr>
      <w:tr w:rsidR="00BA03C9" w:rsidRPr="003949A0" w14:paraId="2A18317C" w14:textId="77777777">
        <w:trPr>
          <w:jc w:val="center"/>
        </w:trPr>
        <w:tc>
          <w:tcPr>
            <w:tcW w:w="2948" w:type="dxa"/>
          </w:tcPr>
          <w:p w14:paraId="623B5AA6"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Kayıtlı elektronik posta (KEP)</w:t>
            </w:r>
          </w:p>
        </w:tc>
        <w:tc>
          <w:tcPr>
            <w:tcW w:w="6463" w:type="dxa"/>
          </w:tcPr>
          <w:p w14:paraId="1A117091" w14:textId="39CE8E93" w:rsidR="00BA03C9" w:rsidRPr="003949A0" w:rsidRDefault="000B64FD" w:rsidP="003949A0">
            <w:pPr>
              <w:spacing w:after="0"/>
              <w:jc w:val="both"/>
              <w:rPr>
                <w:rFonts w:cs="Times New Roman"/>
                <w:sz w:val="23"/>
                <w:szCs w:val="23"/>
                <w:lang w:val="tr-TR"/>
              </w:rPr>
            </w:pPr>
            <w:r w:rsidRPr="003949A0">
              <w:rPr>
                <w:rFonts w:cs="Times New Roman"/>
                <w:sz w:val="23"/>
                <w:szCs w:val="23"/>
                <w:lang w:val="tr-TR"/>
              </w:rPr>
              <w:t>Formun 5070 sayılı Elektronik İmza Kanunu kapsamındaki güvenli elektronik imza ile imzalanarak [</w:t>
            </w:r>
            <w:r w:rsidR="005D1722" w:rsidRPr="005D1722">
              <w:rPr>
                <w:rFonts w:cs="Times New Roman"/>
                <w:sz w:val="23"/>
                <w:szCs w:val="23"/>
                <w:lang w:val="tr-TR"/>
              </w:rPr>
              <w:t>imcbrokerlik@hs01.kep.tr</w:t>
            </w:r>
            <w:r w:rsidRPr="003949A0">
              <w:rPr>
                <w:rFonts w:cs="Times New Roman"/>
                <w:sz w:val="23"/>
                <w:szCs w:val="23"/>
                <w:lang w:val="tr-TR"/>
              </w:rPr>
              <w:t>] KEP adresine gönderilmesi. Konu kısmına “Kişisel Verilerin Korunması Kanunu Kapsamında Bilgi Talebi” yazılması rica olunur.</w:t>
            </w:r>
          </w:p>
        </w:tc>
      </w:tr>
      <w:tr w:rsidR="00BA03C9" w:rsidRPr="003949A0" w14:paraId="01421EC1" w14:textId="77777777">
        <w:trPr>
          <w:jc w:val="center"/>
        </w:trPr>
        <w:tc>
          <w:tcPr>
            <w:tcW w:w="2948" w:type="dxa"/>
          </w:tcPr>
          <w:p w14:paraId="7D2F2E78"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Mobil imza veya kayıtlı e-posta</w:t>
            </w:r>
          </w:p>
        </w:tc>
        <w:tc>
          <w:tcPr>
            <w:tcW w:w="6463" w:type="dxa"/>
          </w:tcPr>
          <w:p w14:paraId="1616BC4A" w14:textId="64A8E086" w:rsidR="00BA03C9" w:rsidRPr="003949A0" w:rsidRDefault="000B64FD" w:rsidP="003949A0">
            <w:pPr>
              <w:spacing w:after="0"/>
              <w:jc w:val="both"/>
              <w:rPr>
                <w:rFonts w:cs="Times New Roman"/>
                <w:sz w:val="23"/>
                <w:szCs w:val="23"/>
                <w:lang w:val="tr-TR"/>
              </w:rPr>
            </w:pPr>
            <w:r w:rsidRPr="003949A0">
              <w:rPr>
                <w:rFonts w:cs="Times New Roman"/>
                <w:sz w:val="23"/>
                <w:szCs w:val="23"/>
                <w:lang w:val="tr-TR"/>
              </w:rPr>
              <w:t>Formun mobil imza ile imzalanarak ya da Şirket sistemlerinde kayıtlı e-posta adresinizden gönderilerek [</w:t>
            </w:r>
            <w:r w:rsidR="005D1722">
              <w:rPr>
                <w:rFonts w:cs="Times New Roman"/>
                <w:sz w:val="23"/>
                <w:szCs w:val="23"/>
                <w:lang w:val="tr-TR"/>
              </w:rPr>
              <w:t>info@imcbrokerlik.com</w:t>
            </w:r>
            <w:r w:rsidRPr="003949A0">
              <w:rPr>
                <w:rFonts w:cs="Times New Roman"/>
                <w:sz w:val="23"/>
                <w:szCs w:val="23"/>
                <w:lang w:val="tr-TR"/>
              </w:rPr>
              <w:t>] e-posta adresine iletilmesi. Konu kısmına “Kişisel Verilerin Korunması Kanunu Kapsamında Bilgi Talebi” yazılması rica olunur.</w:t>
            </w:r>
          </w:p>
        </w:tc>
      </w:tr>
      <w:tr w:rsidR="00BA03C9" w:rsidRPr="003949A0" w14:paraId="2D26AD93" w14:textId="77777777">
        <w:trPr>
          <w:jc w:val="center"/>
        </w:trPr>
        <w:tc>
          <w:tcPr>
            <w:tcW w:w="2948" w:type="dxa"/>
          </w:tcPr>
          <w:p w14:paraId="60A28A9C"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Diğer yöntemler</w:t>
            </w:r>
          </w:p>
        </w:tc>
        <w:tc>
          <w:tcPr>
            <w:tcW w:w="6463" w:type="dxa"/>
          </w:tcPr>
          <w:p w14:paraId="56AC5ADD" w14:textId="77777777" w:rsidR="00BA03C9" w:rsidRPr="003949A0" w:rsidRDefault="000B64FD" w:rsidP="003949A0">
            <w:pPr>
              <w:spacing w:after="0"/>
              <w:jc w:val="both"/>
              <w:rPr>
                <w:rFonts w:cs="Times New Roman"/>
                <w:sz w:val="23"/>
                <w:szCs w:val="23"/>
                <w:lang w:val="tr-TR"/>
              </w:rPr>
            </w:pPr>
            <w:r w:rsidRPr="003949A0">
              <w:rPr>
                <w:rFonts w:cs="Times New Roman"/>
                <w:sz w:val="23"/>
                <w:szCs w:val="23"/>
                <w:lang w:val="tr-TR"/>
              </w:rPr>
              <w:t>Kişisel Verileri Koruma Kurulu tarafından öngörülen diğer yöntemler.</w:t>
            </w:r>
          </w:p>
        </w:tc>
      </w:tr>
    </w:tbl>
    <w:p w14:paraId="3FDD9959" w14:textId="77777777" w:rsidR="00BA03C9" w:rsidRPr="003949A0" w:rsidRDefault="00BA03C9" w:rsidP="003949A0">
      <w:pPr>
        <w:spacing w:after="0"/>
        <w:rPr>
          <w:rFonts w:cs="Times New Roman"/>
          <w:sz w:val="23"/>
          <w:szCs w:val="23"/>
          <w:lang w:val="tr-TR"/>
        </w:rPr>
      </w:pPr>
    </w:p>
    <w:p w14:paraId="3350C6F8" w14:textId="77777777" w:rsidR="00BA03C9" w:rsidRDefault="000B64FD" w:rsidP="003949A0">
      <w:pPr>
        <w:pStyle w:val="ListeMaddemi"/>
        <w:spacing w:after="0"/>
        <w:jc w:val="both"/>
        <w:rPr>
          <w:rFonts w:cs="Times New Roman"/>
          <w:sz w:val="23"/>
          <w:szCs w:val="23"/>
          <w:lang w:val="tr-TR"/>
        </w:rPr>
      </w:pPr>
      <w:r w:rsidRPr="003949A0">
        <w:rPr>
          <w:rFonts w:cs="Times New Roman"/>
          <w:sz w:val="23"/>
          <w:szCs w:val="23"/>
          <w:lang w:val="tr-TR"/>
        </w:rPr>
        <w:t>Yazılı başvurularda evrakın Şirket’e tebliğ edildiği tarih, diğer yöntemlerde başvurunun Şirket’e ulaştığı tarih başvuru tarihidir (Tebliğ m.5/4-5).</w:t>
      </w:r>
    </w:p>
    <w:p w14:paraId="3CEDF78E" w14:textId="77777777" w:rsidR="003949A0" w:rsidRPr="003949A0" w:rsidRDefault="003949A0" w:rsidP="003949A0">
      <w:pPr>
        <w:pStyle w:val="ListeMaddemi"/>
        <w:numPr>
          <w:ilvl w:val="0"/>
          <w:numId w:val="0"/>
        </w:numPr>
        <w:spacing w:after="0"/>
        <w:ind w:left="360"/>
        <w:jc w:val="both"/>
        <w:rPr>
          <w:rFonts w:cs="Times New Roman"/>
          <w:sz w:val="23"/>
          <w:szCs w:val="23"/>
          <w:lang w:val="tr-TR"/>
        </w:rPr>
      </w:pPr>
    </w:p>
    <w:p w14:paraId="103EC5CD" w14:textId="77777777" w:rsidR="00BA03C9" w:rsidRDefault="000B64FD" w:rsidP="003949A0">
      <w:pPr>
        <w:pStyle w:val="ListeMaddemi"/>
        <w:spacing w:after="0"/>
        <w:jc w:val="both"/>
        <w:rPr>
          <w:rFonts w:cs="Times New Roman"/>
          <w:sz w:val="23"/>
          <w:szCs w:val="23"/>
          <w:lang w:val="tr-TR"/>
        </w:rPr>
      </w:pPr>
      <w:r w:rsidRPr="003949A0">
        <w:rPr>
          <w:rFonts w:cs="Times New Roman"/>
          <w:sz w:val="23"/>
          <w:szCs w:val="23"/>
          <w:lang w:val="tr-TR"/>
        </w:rPr>
        <w:t xml:space="preserve">Başvurunuz, talebin niteliğine göre en kısa sürede ve en geç otuz gün içinde ücretsiz olarak sonuçlandırılır. Cevabın yazılı verilmesi hâlinde on sayfaya kadar ücret alınmaz; on sayfanın üzerindeki her sayfa için 1 TL işlem ücreti, cevabın CD veya </w:t>
      </w:r>
      <w:proofErr w:type="spellStart"/>
      <w:r w:rsidRPr="003949A0">
        <w:rPr>
          <w:rFonts w:cs="Times New Roman"/>
          <w:sz w:val="23"/>
          <w:szCs w:val="23"/>
          <w:lang w:val="tr-TR"/>
        </w:rPr>
        <w:t>flash</w:t>
      </w:r>
      <w:proofErr w:type="spellEnd"/>
      <w:r w:rsidRPr="003949A0">
        <w:rPr>
          <w:rFonts w:cs="Times New Roman"/>
          <w:sz w:val="23"/>
          <w:szCs w:val="23"/>
          <w:lang w:val="tr-TR"/>
        </w:rPr>
        <w:t xml:space="preserve"> bellek gibi bir kayıt ortamında verilmesi hâlinde kayıt ortamının maliyetini geçmeyen bir ücret alınabilir (Tebliğ m.6/5, m.7). Başvurunun Şirket’in hatasından kaynaklandığının anlaşılması hâlinde alınan ücret iade edilir.</w:t>
      </w:r>
    </w:p>
    <w:p w14:paraId="5336FA53" w14:textId="77777777" w:rsidR="003949A0" w:rsidRPr="003949A0" w:rsidRDefault="003949A0" w:rsidP="003949A0">
      <w:pPr>
        <w:pStyle w:val="ListeMaddemi"/>
        <w:numPr>
          <w:ilvl w:val="0"/>
          <w:numId w:val="0"/>
        </w:numPr>
        <w:spacing w:after="0"/>
        <w:jc w:val="both"/>
        <w:rPr>
          <w:rFonts w:cs="Times New Roman"/>
          <w:sz w:val="23"/>
          <w:szCs w:val="23"/>
          <w:lang w:val="tr-TR"/>
        </w:rPr>
      </w:pPr>
    </w:p>
    <w:p w14:paraId="7F2E2C79" w14:textId="77777777" w:rsidR="003949A0" w:rsidRDefault="000B64FD" w:rsidP="003949A0">
      <w:pPr>
        <w:pStyle w:val="ListeMaddemi"/>
        <w:spacing w:after="0"/>
        <w:jc w:val="both"/>
        <w:rPr>
          <w:rFonts w:cs="Times New Roman"/>
          <w:sz w:val="23"/>
          <w:szCs w:val="23"/>
          <w:lang w:val="tr-TR"/>
        </w:rPr>
      </w:pPr>
      <w:r w:rsidRPr="003949A0">
        <w:rPr>
          <w:rFonts w:cs="Times New Roman"/>
          <w:sz w:val="23"/>
          <w:szCs w:val="23"/>
          <w:lang w:val="tr-TR"/>
        </w:rPr>
        <w:t>Şirket, başvuruyu kabul eder veya gerekçesini açıklayarak reddeder; cevabını yazılı olarak veya elektronik ortamda bildirir (Tebliğ m.6/2-3).</w:t>
      </w:r>
    </w:p>
    <w:p w14:paraId="296D147F" w14:textId="77777777" w:rsidR="003949A0" w:rsidRPr="003949A0" w:rsidRDefault="003949A0" w:rsidP="003949A0">
      <w:pPr>
        <w:pStyle w:val="ListeMaddemi"/>
        <w:numPr>
          <w:ilvl w:val="0"/>
          <w:numId w:val="0"/>
        </w:numPr>
        <w:spacing w:after="0"/>
        <w:jc w:val="both"/>
        <w:rPr>
          <w:rFonts w:cs="Times New Roman"/>
          <w:sz w:val="23"/>
          <w:szCs w:val="23"/>
          <w:lang w:val="tr-TR"/>
        </w:rPr>
      </w:pPr>
    </w:p>
    <w:p w14:paraId="58B80D66" w14:textId="77777777" w:rsidR="00BA03C9" w:rsidRDefault="000B64FD" w:rsidP="003949A0">
      <w:pPr>
        <w:pStyle w:val="ListeMaddemi"/>
        <w:spacing w:after="0"/>
        <w:jc w:val="both"/>
        <w:rPr>
          <w:rFonts w:cs="Times New Roman"/>
          <w:sz w:val="23"/>
          <w:szCs w:val="23"/>
          <w:lang w:val="tr-TR"/>
        </w:rPr>
      </w:pPr>
      <w:r w:rsidRPr="003949A0">
        <w:rPr>
          <w:rFonts w:cs="Times New Roman"/>
          <w:sz w:val="23"/>
          <w:szCs w:val="23"/>
          <w:lang w:val="tr-TR"/>
        </w:rPr>
        <w:lastRenderedPageBreak/>
        <w:t>Şirket, başvuru sahibinin ilgili kişi olup olmadığını tespit etmek ve talebi netleştirmek için ek bilgi ve belge isteyebilir. Kimlik doğrulaması yapılamayan başvurular sonuçlandırılamaz.</w:t>
      </w:r>
    </w:p>
    <w:p w14:paraId="27E6E3EA" w14:textId="77777777" w:rsidR="003949A0" w:rsidRPr="003949A0" w:rsidRDefault="003949A0" w:rsidP="003949A0">
      <w:pPr>
        <w:pStyle w:val="ListeMaddemi"/>
        <w:numPr>
          <w:ilvl w:val="0"/>
          <w:numId w:val="0"/>
        </w:numPr>
        <w:spacing w:after="0"/>
        <w:jc w:val="both"/>
        <w:rPr>
          <w:rFonts w:cs="Times New Roman"/>
          <w:sz w:val="23"/>
          <w:szCs w:val="23"/>
          <w:lang w:val="tr-TR"/>
        </w:rPr>
      </w:pPr>
    </w:p>
    <w:p w14:paraId="5FC24406" w14:textId="77777777" w:rsidR="00BA03C9" w:rsidRDefault="000B64FD" w:rsidP="003949A0">
      <w:pPr>
        <w:pStyle w:val="ListeMaddemi"/>
        <w:spacing w:after="0"/>
        <w:jc w:val="both"/>
        <w:rPr>
          <w:rFonts w:cs="Times New Roman"/>
          <w:sz w:val="23"/>
          <w:szCs w:val="23"/>
          <w:lang w:val="tr-TR"/>
        </w:rPr>
      </w:pPr>
      <w:r w:rsidRPr="003949A0">
        <w:rPr>
          <w:rFonts w:cs="Times New Roman"/>
          <w:sz w:val="23"/>
          <w:szCs w:val="23"/>
          <w:lang w:val="tr-TR"/>
        </w:rPr>
        <w:t>Başvurunun ilgili kişi adına üçüncü bir kişi tarafından yapılması hâlinde, başvuruya bu konuda noter kanalıyla düzenlenmiş özel vekâletnamenin veya ilgili kişinin velisi/vasisi olunduğunu gösteren belgenin eklenmesi zorunludur.</w:t>
      </w:r>
    </w:p>
    <w:p w14:paraId="3AB886FA" w14:textId="77777777" w:rsidR="003949A0" w:rsidRPr="003949A0" w:rsidRDefault="003949A0" w:rsidP="003949A0">
      <w:pPr>
        <w:pStyle w:val="ListeMaddemi"/>
        <w:numPr>
          <w:ilvl w:val="0"/>
          <w:numId w:val="0"/>
        </w:numPr>
        <w:spacing w:after="0"/>
        <w:jc w:val="both"/>
        <w:rPr>
          <w:rFonts w:cs="Times New Roman"/>
          <w:sz w:val="23"/>
          <w:szCs w:val="23"/>
          <w:lang w:val="tr-TR"/>
        </w:rPr>
      </w:pPr>
    </w:p>
    <w:p w14:paraId="541EF4C5" w14:textId="77777777" w:rsidR="00BA03C9" w:rsidRDefault="000B64FD" w:rsidP="003949A0">
      <w:pPr>
        <w:pStyle w:val="ListeMaddemi"/>
        <w:spacing w:after="0"/>
        <w:jc w:val="both"/>
        <w:rPr>
          <w:rFonts w:cs="Times New Roman"/>
          <w:sz w:val="23"/>
          <w:szCs w:val="23"/>
          <w:lang w:val="tr-TR"/>
        </w:rPr>
      </w:pPr>
      <w:r w:rsidRPr="003949A0">
        <w:rPr>
          <w:rFonts w:cs="Times New Roman"/>
          <w:sz w:val="23"/>
          <w:szCs w:val="23"/>
          <w:lang w:val="tr-TR"/>
        </w:rPr>
        <w:t>Tebliğ’in 5. maddesinin 2. fıkrasında sayılan zorunlu unsurları içermeyen başvurular değerlendirmeye alınmayabilir.</w:t>
      </w:r>
    </w:p>
    <w:p w14:paraId="42A0FC23" w14:textId="77777777" w:rsidR="003949A0" w:rsidRPr="003949A0" w:rsidRDefault="003949A0" w:rsidP="003949A0">
      <w:pPr>
        <w:pStyle w:val="ListeMaddemi"/>
        <w:numPr>
          <w:ilvl w:val="0"/>
          <w:numId w:val="0"/>
        </w:numPr>
        <w:spacing w:after="0"/>
        <w:jc w:val="both"/>
        <w:rPr>
          <w:rFonts w:cs="Times New Roman"/>
          <w:sz w:val="23"/>
          <w:szCs w:val="23"/>
          <w:lang w:val="tr-TR"/>
        </w:rPr>
      </w:pPr>
    </w:p>
    <w:p w14:paraId="34F5AB00"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t>BAŞVURU SAHİBİNİN BİLGİLERİ (Tebliğ m.5/2 uyarınca zorunludur)</w:t>
      </w:r>
    </w:p>
    <w:p w14:paraId="4FADE223" w14:textId="77777777" w:rsidR="003949A0" w:rsidRPr="003949A0" w:rsidRDefault="003949A0" w:rsidP="003949A0">
      <w:pPr>
        <w:pStyle w:val="ListeParagraf"/>
        <w:spacing w:before="120" w:after="0"/>
        <w:ind w:left="567"/>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14DD225D" w14:textId="77777777">
        <w:trPr>
          <w:jc w:val="center"/>
        </w:trPr>
        <w:tc>
          <w:tcPr>
            <w:tcW w:w="2948" w:type="dxa"/>
          </w:tcPr>
          <w:p w14:paraId="5CC928F6"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 xml:space="preserve">Ad, </w:t>
            </w:r>
            <w:proofErr w:type="spellStart"/>
            <w:r w:rsidRPr="003949A0">
              <w:rPr>
                <w:rFonts w:cs="Times New Roman"/>
                <w:b/>
                <w:sz w:val="23"/>
                <w:szCs w:val="23"/>
                <w:lang w:val="tr-TR"/>
              </w:rPr>
              <w:t>Soyad</w:t>
            </w:r>
            <w:proofErr w:type="spellEnd"/>
          </w:p>
        </w:tc>
        <w:tc>
          <w:tcPr>
            <w:tcW w:w="6463" w:type="dxa"/>
          </w:tcPr>
          <w:p w14:paraId="2C3553D0" w14:textId="77777777" w:rsidR="00BA03C9" w:rsidRPr="003949A0" w:rsidRDefault="00BA03C9" w:rsidP="003949A0">
            <w:pPr>
              <w:spacing w:after="0"/>
              <w:rPr>
                <w:rFonts w:cs="Times New Roman"/>
                <w:sz w:val="23"/>
                <w:szCs w:val="23"/>
                <w:lang w:val="tr-TR"/>
              </w:rPr>
            </w:pPr>
          </w:p>
        </w:tc>
      </w:tr>
      <w:tr w:rsidR="00BA03C9" w:rsidRPr="003949A0" w14:paraId="3C229672" w14:textId="77777777">
        <w:trPr>
          <w:jc w:val="center"/>
        </w:trPr>
        <w:tc>
          <w:tcPr>
            <w:tcW w:w="2948" w:type="dxa"/>
          </w:tcPr>
          <w:p w14:paraId="027C0E6C"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T.C. Kimlik Numarası</w:t>
            </w:r>
          </w:p>
        </w:tc>
        <w:tc>
          <w:tcPr>
            <w:tcW w:w="6463" w:type="dxa"/>
          </w:tcPr>
          <w:p w14:paraId="6C420765" w14:textId="77777777" w:rsidR="00BA03C9" w:rsidRPr="003949A0" w:rsidRDefault="00BA03C9" w:rsidP="003949A0">
            <w:pPr>
              <w:spacing w:after="0"/>
              <w:rPr>
                <w:rFonts w:cs="Times New Roman"/>
                <w:sz w:val="23"/>
                <w:szCs w:val="23"/>
                <w:lang w:val="tr-TR"/>
              </w:rPr>
            </w:pPr>
          </w:p>
        </w:tc>
      </w:tr>
      <w:tr w:rsidR="00BA03C9" w:rsidRPr="003949A0" w14:paraId="4EDDDFEE" w14:textId="77777777">
        <w:trPr>
          <w:jc w:val="center"/>
        </w:trPr>
        <w:tc>
          <w:tcPr>
            <w:tcW w:w="2948" w:type="dxa"/>
          </w:tcPr>
          <w:p w14:paraId="15F25B6C"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Uyruğu / Pasaport No. veya Kimlik No. (yabancılar için)</w:t>
            </w:r>
          </w:p>
        </w:tc>
        <w:tc>
          <w:tcPr>
            <w:tcW w:w="6463" w:type="dxa"/>
          </w:tcPr>
          <w:p w14:paraId="0DAA0711" w14:textId="77777777" w:rsidR="00BA03C9" w:rsidRPr="003949A0" w:rsidRDefault="00BA03C9" w:rsidP="003949A0">
            <w:pPr>
              <w:spacing w:after="0"/>
              <w:rPr>
                <w:rFonts w:cs="Times New Roman"/>
                <w:sz w:val="23"/>
                <w:szCs w:val="23"/>
                <w:lang w:val="tr-TR"/>
              </w:rPr>
            </w:pPr>
          </w:p>
        </w:tc>
      </w:tr>
      <w:tr w:rsidR="00BA03C9" w:rsidRPr="003949A0" w14:paraId="2B22A273" w14:textId="77777777">
        <w:trPr>
          <w:jc w:val="center"/>
        </w:trPr>
        <w:tc>
          <w:tcPr>
            <w:tcW w:w="2948" w:type="dxa"/>
          </w:tcPr>
          <w:p w14:paraId="30E4959D"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Tebligata esas yerleşim yeri veya iş yeri adresi</w:t>
            </w:r>
          </w:p>
        </w:tc>
        <w:tc>
          <w:tcPr>
            <w:tcW w:w="6463" w:type="dxa"/>
          </w:tcPr>
          <w:p w14:paraId="4C4C6DF1" w14:textId="77777777" w:rsidR="00BA03C9" w:rsidRPr="003949A0" w:rsidRDefault="00BA03C9" w:rsidP="003949A0">
            <w:pPr>
              <w:spacing w:after="0"/>
              <w:rPr>
                <w:rFonts w:cs="Times New Roman"/>
                <w:sz w:val="23"/>
                <w:szCs w:val="23"/>
                <w:lang w:val="tr-TR"/>
              </w:rPr>
            </w:pPr>
          </w:p>
        </w:tc>
      </w:tr>
      <w:tr w:rsidR="00BA03C9" w:rsidRPr="003949A0" w14:paraId="7BEBAE6B" w14:textId="77777777">
        <w:trPr>
          <w:jc w:val="center"/>
        </w:trPr>
        <w:tc>
          <w:tcPr>
            <w:tcW w:w="2948" w:type="dxa"/>
          </w:tcPr>
          <w:p w14:paraId="6ABEDED5"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E-posta adresi (varsa)</w:t>
            </w:r>
          </w:p>
        </w:tc>
        <w:tc>
          <w:tcPr>
            <w:tcW w:w="6463" w:type="dxa"/>
          </w:tcPr>
          <w:p w14:paraId="37776F0A" w14:textId="77777777" w:rsidR="00BA03C9" w:rsidRPr="003949A0" w:rsidRDefault="00BA03C9" w:rsidP="003949A0">
            <w:pPr>
              <w:spacing w:after="0"/>
              <w:rPr>
                <w:rFonts w:cs="Times New Roman"/>
                <w:sz w:val="23"/>
                <w:szCs w:val="23"/>
                <w:lang w:val="tr-TR"/>
              </w:rPr>
            </w:pPr>
          </w:p>
        </w:tc>
      </w:tr>
      <w:tr w:rsidR="00BA03C9" w:rsidRPr="003949A0" w14:paraId="0A01473D" w14:textId="77777777">
        <w:trPr>
          <w:jc w:val="center"/>
        </w:trPr>
        <w:tc>
          <w:tcPr>
            <w:tcW w:w="2948" w:type="dxa"/>
          </w:tcPr>
          <w:p w14:paraId="1B8F2C45"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Telefon numarası (varsa)</w:t>
            </w:r>
          </w:p>
        </w:tc>
        <w:tc>
          <w:tcPr>
            <w:tcW w:w="6463" w:type="dxa"/>
          </w:tcPr>
          <w:p w14:paraId="5EA20E09" w14:textId="77777777" w:rsidR="00BA03C9" w:rsidRPr="003949A0" w:rsidRDefault="00BA03C9" w:rsidP="003949A0">
            <w:pPr>
              <w:spacing w:after="0"/>
              <w:rPr>
                <w:rFonts w:cs="Times New Roman"/>
                <w:sz w:val="23"/>
                <w:szCs w:val="23"/>
                <w:lang w:val="tr-TR"/>
              </w:rPr>
            </w:pPr>
          </w:p>
        </w:tc>
      </w:tr>
      <w:tr w:rsidR="00BA03C9" w:rsidRPr="003949A0" w14:paraId="48F1B414" w14:textId="77777777">
        <w:trPr>
          <w:jc w:val="center"/>
        </w:trPr>
        <w:tc>
          <w:tcPr>
            <w:tcW w:w="2948" w:type="dxa"/>
          </w:tcPr>
          <w:p w14:paraId="6E16AC13"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Faks numarası (varsa)</w:t>
            </w:r>
          </w:p>
        </w:tc>
        <w:tc>
          <w:tcPr>
            <w:tcW w:w="6463" w:type="dxa"/>
          </w:tcPr>
          <w:p w14:paraId="76D44897" w14:textId="77777777" w:rsidR="00BA03C9" w:rsidRPr="003949A0" w:rsidRDefault="00BA03C9" w:rsidP="003949A0">
            <w:pPr>
              <w:spacing w:after="0"/>
              <w:rPr>
                <w:rFonts w:cs="Times New Roman"/>
                <w:sz w:val="23"/>
                <w:szCs w:val="23"/>
                <w:lang w:val="tr-TR"/>
              </w:rPr>
            </w:pPr>
          </w:p>
        </w:tc>
      </w:tr>
    </w:tbl>
    <w:p w14:paraId="7B963A67" w14:textId="77777777" w:rsidR="00BA03C9" w:rsidRPr="003949A0" w:rsidRDefault="00BA03C9" w:rsidP="003949A0">
      <w:pPr>
        <w:spacing w:after="0"/>
        <w:rPr>
          <w:rFonts w:cs="Times New Roman"/>
          <w:sz w:val="23"/>
          <w:szCs w:val="23"/>
          <w:lang w:val="tr-TR"/>
        </w:rPr>
      </w:pPr>
    </w:p>
    <w:p w14:paraId="4D4B8B23" w14:textId="77777777" w:rsidR="003949A0"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t>ŞİRKET İLE İLİŞKİNİZ</w:t>
      </w:r>
    </w:p>
    <w:p w14:paraId="66259228" w14:textId="77777777" w:rsidR="003949A0" w:rsidRPr="003949A0" w:rsidRDefault="003949A0" w:rsidP="003949A0">
      <w:pPr>
        <w:pStyle w:val="ListeParagraf"/>
        <w:spacing w:before="120" w:after="0"/>
        <w:ind w:left="567"/>
        <w:rPr>
          <w:rFonts w:cs="Times New Roman"/>
          <w:sz w:val="23"/>
          <w:szCs w:val="23"/>
          <w:lang w:val="tr-TR"/>
        </w:rPr>
      </w:pPr>
    </w:p>
    <w:p w14:paraId="4A64FD92" w14:textId="77777777" w:rsidR="00BA03C9" w:rsidRDefault="000B64FD" w:rsidP="003949A0">
      <w:pPr>
        <w:spacing w:after="0"/>
        <w:jc w:val="both"/>
        <w:rPr>
          <w:rFonts w:cs="Times New Roman"/>
          <w:sz w:val="23"/>
          <w:szCs w:val="23"/>
          <w:lang w:val="tr-TR"/>
        </w:rPr>
      </w:pPr>
      <w:r w:rsidRPr="003949A0">
        <w:rPr>
          <w:rFonts w:cs="Times New Roman"/>
          <w:sz w:val="23"/>
          <w:szCs w:val="23"/>
          <w:lang w:val="tr-TR"/>
        </w:rPr>
        <w:t>Lütfen Şirket ile olan ilişkinizi işaretleyiniz (birden fazla seçilebilir):</w:t>
      </w:r>
    </w:p>
    <w:p w14:paraId="1F60993E" w14:textId="77777777" w:rsidR="003949A0" w:rsidRPr="003949A0" w:rsidRDefault="003949A0" w:rsidP="003949A0">
      <w:pPr>
        <w:spacing w:after="0"/>
        <w:jc w:val="both"/>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7"/>
        <w:gridCol w:w="8844"/>
      </w:tblGrid>
      <w:tr w:rsidR="00BA03C9" w:rsidRPr="003949A0" w14:paraId="3D36BA34" w14:textId="77777777">
        <w:trPr>
          <w:jc w:val="center"/>
        </w:trPr>
        <w:tc>
          <w:tcPr>
            <w:tcW w:w="567" w:type="dxa"/>
          </w:tcPr>
          <w:p w14:paraId="57E392C6"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5082990F"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sigortanikarsilastir.com üzerinden sigorta teklifi aldım / poliçe satın aldım (müşteri).</w:t>
            </w:r>
          </w:p>
        </w:tc>
      </w:tr>
      <w:tr w:rsidR="00BA03C9" w:rsidRPr="003949A0" w14:paraId="6BCC4348" w14:textId="77777777">
        <w:trPr>
          <w:jc w:val="center"/>
        </w:trPr>
        <w:tc>
          <w:tcPr>
            <w:tcW w:w="567" w:type="dxa"/>
          </w:tcPr>
          <w:p w14:paraId="779229FD"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3D61CB97"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sigortanikarsilastir.com üzerinde üyelik hesabım var; teklif almadım.</w:t>
            </w:r>
          </w:p>
        </w:tc>
      </w:tr>
      <w:tr w:rsidR="00BA03C9" w:rsidRPr="003949A0" w14:paraId="0A2145C7" w14:textId="77777777">
        <w:trPr>
          <w:jc w:val="center"/>
        </w:trPr>
        <w:tc>
          <w:tcPr>
            <w:tcW w:w="567" w:type="dxa"/>
          </w:tcPr>
          <w:p w14:paraId="163E22C9"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68C935C9"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Şirket çalışanıyım / eski çalışanıyım.</w:t>
            </w:r>
          </w:p>
        </w:tc>
      </w:tr>
      <w:tr w:rsidR="00BA03C9" w:rsidRPr="003949A0" w14:paraId="0AC10D24" w14:textId="77777777">
        <w:trPr>
          <w:jc w:val="center"/>
        </w:trPr>
        <w:tc>
          <w:tcPr>
            <w:tcW w:w="567" w:type="dxa"/>
          </w:tcPr>
          <w:p w14:paraId="397E8A08"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46822B39"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Şirket’e iş başvurusunda bulundum (çalışan adayı).</w:t>
            </w:r>
          </w:p>
        </w:tc>
      </w:tr>
      <w:tr w:rsidR="00BA03C9" w:rsidRPr="003949A0" w14:paraId="7943C749" w14:textId="77777777">
        <w:trPr>
          <w:jc w:val="center"/>
        </w:trPr>
        <w:tc>
          <w:tcPr>
            <w:tcW w:w="567" w:type="dxa"/>
          </w:tcPr>
          <w:p w14:paraId="2B21D2FB"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4BA7A3CD"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Şirket’in iş ortağı, tedarikçisi veya bunların çalışanıyım.</w:t>
            </w:r>
          </w:p>
        </w:tc>
      </w:tr>
      <w:tr w:rsidR="00BA03C9" w:rsidRPr="003949A0" w14:paraId="7DAD148E" w14:textId="77777777">
        <w:trPr>
          <w:jc w:val="center"/>
        </w:trPr>
        <w:tc>
          <w:tcPr>
            <w:tcW w:w="567" w:type="dxa"/>
          </w:tcPr>
          <w:p w14:paraId="3841373A"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38F081B7"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Diğer (lütfen açıklayınız): ____________________________________________</w:t>
            </w:r>
          </w:p>
        </w:tc>
      </w:tr>
    </w:tbl>
    <w:p w14:paraId="73FA8BEF" w14:textId="77777777" w:rsidR="00BA03C9" w:rsidRPr="003949A0" w:rsidRDefault="00BA03C9" w:rsidP="003949A0">
      <w:pPr>
        <w:spacing w:after="0"/>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7BA7B0C9" w14:textId="77777777">
        <w:trPr>
          <w:jc w:val="center"/>
        </w:trPr>
        <w:tc>
          <w:tcPr>
            <w:tcW w:w="2948" w:type="dxa"/>
          </w:tcPr>
          <w:p w14:paraId="6DD755DE"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Şirket ile iletişimde kullandığınız e-posta / telefon</w:t>
            </w:r>
          </w:p>
        </w:tc>
        <w:tc>
          <w:tcPr>
            <w:tcW w:w="6463" w:type="dxa"/>
          </w:tcPr>
          <w:p w14:paraId="79062433" w14:textId="77777777" w:rsidR="00BA03C9" w:rsidRPr="003949A0" w:rsidRDefault="00BA03C9" w:rsidP="003949A0">
            <w:pPr>
              <w:spacing w:after="0"/>
              <w:rPr>
                <w:rFonts w:cs="Times New Roman"/>
                <w:sz w:val="23"/>
                <w:szCs w:val="23"/>
                <w:lang w:val="tr-TR"/>
              </w:rPr>
            </w:pPr>
          </w:p>
        </w:tc>
      </w:tr>
      <w:tr w:rsidR="00BA03C9" w:rsidRPr="003949A0" w14:paraId="5F970398" w14:textId="77777777">
        <w:trPr>
          <w:jc w:val="center"/>
        </w:trPr>
        <w:tc>
          <w:tcPr>
            <w:tcW w:w="2948" w:type="dxa"/>
          </w:tcPr>
          <w:p w14:paraId="6B35FD63"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Varsa müşteri, üyelik veya poliçe numaranız</w:t>
            </w:r>
          </w:p>
        </w:tc>
        <w:tc>
          <w:tcPr>
            <w:tcW w:w="6463" w:type="dxa"/>
          </w:tcPr>
          <w:p w14:paraId="1146AE3D" w14:textId="77777777" w:rsidR="00BA03C9" w:rsidRPr="003949A0" w:rsidRDefault="00BA03C9" w:rsidP="003949A0">
            <w:pPr>
              <w:spacing w:after="0"/>
              <w:rPr>
                <w:rFonts w:cs="Times New Roman"/>
                <w:sz w:val="23"/>
                <w:szCs w:val="23"/>
                <w:lang w:val="tr-TR"/>
              </w:rPr>
            </w:pPr>
          </w:p>
        </w:tc>
      </w:tr>
      <w:tr w:rsidR="00BA03C9" w:rsidRPr="003949A0" w14:paraId="5E2EDC9D" w14:textId="77777777">
        <w:trPr>
          <w:jc w:val="center"/>
        </w:trPr>
        <w:tc>
          <w:tcPr>
            <w:tcW w:w="2948" w:type="dxa"/>
          </w:tcPr>
          <w:p w14:paraId="3F71C937"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Şirket ile iletişimde bulunduğunuz dönem</w:t>
            </w:r>
          </w:p>
        </w:tc>
        <w:tc>
          <w:tcPr>
            <w:tcW w:w="6463" w:type="dxa"/>
          </w:tcPr>
          <w:p w14:paraId="0B412B82" w14:textId="77777777" w:rsidR="00BA03C9" w:rsidRPr="003949A0" w:rsidRDefault="00BA03C9" w:rsidP="003949A0">
            <w:pPr>
              <w:spacing w:after="0"/>
              <w:rPr>
                <w:rFonts w:cs="Times New Roman"/>
                <w:sz w:val="23"/>
                <w:szCs w:val="23"/>
                <w:lang w:val="tr-TR"/>
              </w:rPr>
            </w:pPr>
          </w:p>
        </w:tc>
      </w:tr>
    </w:tbl>
    <w:p w14:paraId="46D24A54" w14:textId="77777777" w:rsidR="00BA03C9" w:rsidRPr="003949A0" w:rsidRDefault="00BA03C9" w:rsidP="003949A0">
      <w:pPr>
        <w:spacing w:after="0"/>
        <w:rPr>
          <w:rFonts w:cs="Times New Roman"/>
          <w:sz w:val="23"/>
          <w:szCs w:val="23"/>
          <w:lang w:val="tr-TR"/>
        </w:rPr>
      </w:pPr>
    </w:p>
    <w:p w14:paraId="0C7A4373"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lastRenderedPageBreak/>
        <w:t>TALEP KONUSU (Kanun m.11)</w:t>
      </w:r>
    </w:p>
    <w:p w14:paraId="497A3877" w14:textId="77777777" w:rsidR="003949A0" w:rsidRPr="003949A0" w:rsidRDefault="003949A0" w:rsidP="003949A0">
      <w:pPr>
        <w:pStyle w:val="ListeParagraf"/>
        <w:spacing w:before="120" w:after="0"/>
        <w:ind w:left="567"/>
        <w:rPr>
          <w:rFonts w:cs="Times New Roman"/>
          <w:sz w:val="23"/>
          <w:szCs w:val="23"/>
          <w:lang w:val="tr-TR"/>
        </w:rPr>
      </w:pPr>
    </w:p>
    <w:p w14:paraId="70D51514" w14:textId="77777777" w:rsidR="00BA03C9" w:rsidRDefault="000B64FD" w:rsidP="003949A0">
      <w:pPr>
        <w:spacing w:after="0"/>
        <w:jc w:val="both"/>
        <w:rPr>
          <w:rFonts w:cs="Times New Roman"/>
          <w:sz w:val="23"/>
          <w:szCs w:val="23"/>
          <w:lang w:val="tr-TR"/>
        </w:rPr>
      </w:pPr>
      <w:r w:rsidRPr="003949A0">
        <w:rPr>
          <w:rFonts w:cs="Times New Roman"/>
          <w:sz w:val="23"/>
          <w:szCs w:val="23"/>
          <w:lang w:val="tr-TR"/>
        </w:rPr>
        <w:t>Lütfen Kanun kapsamında kullanmak istediğiniz hakkı/hakları işaretleyiniz:</w:t>
      </w:r>
    </w:p>
    <w:p w14:paraId="39969707" w14:textId="77777777" w:rsidR="003949A0" w:rsidRPr="003949A0" w:rsidRDefault="003949A0" w:rsidP="003949A0">
      <w:pPr>
        <w:spacing w:after="0"/>
        <w:jc w:val="both"/>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7"/>
        <w:gridCol w:w="8844"/>
      </w:tblGrid>
      <w:tr w:rsidR="00BA03C9" w:rsidRPr="003949A0" w14:paraId="551B0E49" w14:textId="77777777">
        <w:trPr>
          <w:jc w:val="center"/>
        </w:trPr>
        <w:tc>
          <w:tcPr>
            <w:tcW w:w="567" w:type="dxa"/>
          </w:tcPr>
          <w:p w14:paraId="612CBDA2"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0C73E4BE"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Şirket’in hakkımda kişisel veri işleyip işlemediğini öğrenmek istiyorum. (m.11/1-a)</w:t>
            </w:r>
          </w:p>
        </w:tc>
      </w:tr>
      <w:tr w:rsidR="00BA03C9" w:rsidRPr="003949A0" w14:paraId="6071E368" w14:textId="77777777">
        <w:trPr>
          <w:jc w:val="center"/>
        </w:trPr>
        <w:tc>
          <w:tcPr>
            <w:tcW w:w="567" w:type="dxa"/>
          </w:tcPr>
          <w:p w14:paraId="09FFE861"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39828D42"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Şirket hakkımda kişisel veri işliyorsa bu veri işleme faaliyetleri hakkında bilgi talep ediyorum. (m.11/1-b)</w:t>
            </w:r>
          </w:p>
        </w:tc>
      </w:tr>
      <w:tr w:rsidR="00BA03C9" w:rsidRPr="003949A0" w14:paraId="2548312B" w14:textId="77777777">
        <w:trPr>
          <w:jc w:val="center"/>
        </w:trPr>
        <w:tc>
          <w:tcPr>
            <w:tcW w:w="567" w:type="dxa"/>
          </w:tcPr>
          <w:p w14:paraId="0C2E0319"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5C39824A"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işlenme amacını ve amacına uygun kullanılıp kullanılmadığını öğrenmek istiyorum. (m.11/1-c)</w:t>
            </w:r>
          </w:p>
        </w:tc>
      </w:tr>
      <w:tr w:rsidR="00BA03C9" w:rsidRPr="003949A0" w14:paraId="70148AA6" w14:textId="77777777">
        <w:trPr>
          <w:jc w:val="center"/>
        </w:trPr>
        <w:tc>
          <w:tcPr>
            <w:tcW w:w="567" w:type="dxa"/>
          </w:tcPr>
          <w:p w14:paraId="5D9301C1"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6BB73FB9"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yurt içinde veya yurt dışında aktarıldığı üçüncü kişileri bilmek istiyorum. (m.11/1-ç)</w:t>
            </w:r>
          </w:p>
        </w:tc>
      </w:tr>
      <w:tr w:rsidR="00BA03C9" w:rsidRPr="003949A0" w14:paraId="463AC53F" w14:textId="77777777">
        <w:trPr>
          <w:jc w:val="center"/>
        </w:trPr>
        <w:tc>
          <w:tcPr>
            <w:tcW w:w="567" w:type="dxa"/>
          </w:tcPr>
          <w:p w14:paraId="5F17F89D"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35A9980C"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eksik veya yanlış işlendiğini düşünüyorum; düzeltilmesini istiyorum. Düzeltilmesini istediğim bilgi ve doğrusu: ____________________________ (m.11/1-d)</w:t>
            </w:r>
          </w:p>
        </w:tc>
      </w:tr>
      <w:tr w:rsidR="00BA03C9" w:rsidRPr="003949A0" w14:paraId="70B01713" w14:textId="77777777">
        <w:trPr>
          <w:jc w:val="center"/>
        </w:trPr>
        <w:tc>
          <w:tcPr>
            <w:tcW w:w="567" w:type="dxa"/>
          </w:tcPr>
          <w:p w14:paraId="57ADE743"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458DEC53"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işlenmesini gerektiren sebeplerin ortadan kalktığını düşünüyorum; silinmesini veya yok edilmesini istiyorum. (m.11/1-e)</w:t>
            </w:r>
          </w:p>
        </w:tc>
      </w:tr>
      <w:tr w:rsidR="00BA03C9" w:rsidRPr="003949A0" w14:paraId="56A2F788" w14:textId="77777777">
        <w:trPr>
          <w:jc w:val="center"/>
        </w:trPr>
        <w:tc>
          <w:tcPr>
            <w:tcW w:w="567" w:type="dxa"/>
          </w:tcPr>
          <w:p w14:paraId="2E721576"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69AE1686"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Düzeltme / silme / yok etme talebim sonucunda yapılan işlemlerin, verilerimin aktarıldığı üçüncü kişilere bildirilmesini istiyorum. (m.11/1-f)</w:t>
            </w:r>
          </w:p>
        </w:tc>
      </w:tr>
      <w:tr w:rsidR="00BA03C9" w:rsidRPr="003949A0" w14:paraId="6294D001" w14:textId="77777777">
        <w:trPr>
          <w:jc w:val="center"/>
        </w:trPr>
        <w:tc>
          <w:tcPr>
            <w:tcW w:w="567" w:type="dxa"/>
          </w:tcPr>
          <w:p w14:paraId="44FF08FA"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0708403B"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münhasıran otomatik sistemler vasıtasıyla analiz edilmesi sonucu aleyhime bir sonuç ortaya çıktığını düşünüyorum; bu sonuca itiraz ediyorum. Aleyhime olan sonuç: ____________________________ (m.11/1-g)</w:t>
            </w:r>
          </w:p>
        </w:tc>
      </w:tr>
      <w:tr w:rsidR="00BA03C9" w:rsidRPr="003949A0" w14:paraId="0BEB87F2" w14:textId="77777777">
        <w:trPr>
          <w:jc w:val="center"/>
        </w:trPr>
        <w:tc>
          <w:tcPr>
            <w:tcW w:w="567" w:type="dxa"/>
          </w:tcPr>
          <w:p w14:paraId="01FC9587"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52010361"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Kişisel verilerimin kanuna aykırı işlenmesi sebebiyle zarara uğradım; zararın giderilmesini talep ediyorum. Uğradığım zarar: ____________________________ (m.11/1-ğ)</w:t>
            </w:r>
          </w:p>
        </w:tc>
      </w:tr>
    </w:tbl>
    <w:p w14:paraId="65CB0203" w14:textId="77777777" w:rsidR="00BA03C9" w:rsidRPr="003949A0" w:rsidRDefault="00BA03C9" w:rsidP="003949A0">
      <w:pPr>
        <w:spacing w:after="0"/>
        <w:rPr>
          <w:rFonts w:cs="Times New Roman"/>
          <w:sz w:val="23"/>
          <w:szCs w:val="23"/>
          <w:lang w:val="tr-TR"/>
        </w:rPr>
      </w:pPr>
    </w:p>
    <w:p w14:paraId="381928A6"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t>TALEBİNİZE İLİŞKİN AÇIKLAMA</w:t>
      </w:r>
    </w:p>
    <w:p w14:paraId="38392FF0" w14:textId="77777777" w:rsidR="003949A0" w:rsidRDefault="003949A0" w:rsidP="003949A0">
      <w:pPr>
        <w:spacing w:after="0"/>
        <w:jc w:val="both"/>
        <w:rPr>
          <w:rFonts w:cs="Times New Roman"/>
          <w:sz w:val="23"/>
          <w:szCs w:val="23"/>
          <w:lang w:val="tr-TR"/>
        </w:rPr>
      </w:pPr>
    </w:p>
    <w:p w14:paraId="04F0D68B" w14:textId="77777777" w:rsidR="00BA03C9" w:rsidRDefault="000B64FD" w:rsidP="003949A0">
      <w:pPr>
        <w:spacing w:after="0"/>
        <w:jc w:val="both"/>
        <w:rPr>
          <w:rFonts w:cs="Times New Roman"/>
          <w:sz w:val="23"/>
          <w:szCs w:val="23"/>
          <w:lang w:val="tr-TR"/>
        </w:rPr>
      </w:pPr>
      <w:r w:rsidRPr="003949A0">
        <w:rPr>
          <w:rFonts w:cs="Times New Roman"/>
          <w:sz w:val="23"/>
          <w:szCs w:val="23"/>
          <w:lang w:val="tr-TR"/>
        </w:rPr>
        <w:t>Lütfen talebinizi, konuya ilişkin bilgi ve belgeleri de ekleyerek açık ve anlaşılır biçimde yazınız (Tebliğ m.5/3):</w:t>
      </w:r>
    </w:p>
    <w:p w14:paraId="2663497F" w14:textId="77777777" w:rsidR="003949A0" w:rsidRPr="003949A0" w:rsidRDefault="003949A0" w:rsidP="003949A0">
      <w:pPr>
        <w:spacing w:after="0"/>
        <w:jc w:val="both"/>
        <w:rPr>
          <w:rFonts w:cs="Times New Roman"/>
          <w:sz w:val="23"/>
          <w:szCs w:val="23"/>
          <w:lang w:val="tr-TR"/>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411"/>
      </w:tblGrid>
      <w:tr w:rsidR="00BA03C9" w:rsidRPr="003949A0" w14:paraId="1523C33E" w14:textId="77777777" w:rsidTr="003949A0">
        <w:trPr>
          <w:trHeight w:val="2977"/>
        </w:trPr>
        <w:tc>
          <w:tcPr>
            <w:tcW w:w="9411" w:type="dxa"/>
          </w:tcPr>
          <w:p w14:paraId="4A074D0D"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br/>
            </w:r>
            <w:r w:rsidRPr="003949A0">
              <w:rPr>
                <w:rFonts w:cs="Times New Roman"/>
                <w:sz w:val="23"/>
                <w:szCs w:val="23"/>
                <w:lang w:val="tr-TR"/>
              </w:rPr>
              <w:br/>
            </w:r>
            <w:r w:rsidRPr="003949A0">
              <w:rPr>
                <w:rFonts w:cs="Times New Roman"/>
                <w:sz w:val="23"/>
                <w:szCs w:val="23"/>
                <w:lang w:val="tr-TR"/>
              </w:rPr>
              <w:br/>
            </w:r>
            <w:r w:rsidRPr="003949A0">
              <w:rPr>
                <w:rFonts w:cs="Times New Roman"/>
                <w:sz w:val="23"/>
                <w:szCs w:val="23"/>
                <w:lang w:val="tr-TR"/>
              </w:rPr>
              <w:br/>
            </w:r>
            <w:r w:rsidRPr="003949A0">
              <w:rPr>
                <w:rFonts w:cs="Times New Roman"/>
                <w:sz w:val="23"/>
                <w:szCs w:val="23"/>
                <w:lang w:val="tr-TR"/>
              </w:rPr>
              <w:br/>
            </w:r>
            <w:r w:rsidRPr="003949A0">
              <w:rPr>
                <w:rFonts w:cs="Times New Roman"/>
                <w:sz w:val="23"/>
                <w:szCs w:val="23"/>
                <w:lang w:val="tr-TR"/>
              </w:rPr>
              <w:br/>
            </w:r>
          </w:p>
        </w:tc>
      </w:tr>
    </w:tbl>
    <w:p w14:paraId="1805DAFF" w14:textId="77777777" w:rsidR="00BA03C9" w:rsidRPr="003949A0" w:rsidRDefault="00BA03C9" w:rsidP="003949A0">
      <w:pPr>
        <w:spacing w:after="0"/>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738B74D2" w14:textId="77777777">
        <w:trPr>
          <w:jc w:val="center"/>
        </w:trPr>
        <w:tc>
          <w:tcPr>
            <w:tcW w:w="2948" w:type="dxa"/>
          </w:tcPr>
          <w:p w14:paraId="33AF2854"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Ekli belgeler</w:t>
            </w:r>
          </w:p>
        </w:tc>
        <w:tc>
          <w:tcPr>
            <w:tcW w:w="6463" w:type="dxa"/>
          </w:tcPr>
          <w:p w14:paraId="61AAE120"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1.</w:t>
            </w:r>
            <w:r w:rsidRPr="003949A0">
              <w:rPr>
                <w:rFonts w:cs="Times New Roman"/>
                <w:sz w:val="23"/>
                <w:szCs w:val="23"/>
                <w:lang w:val="tr-TR"/>
              </w:rPr>
              <w:br/>
              <w:t>2.</w:t>
            </w:r>
            <w:r w:rsidRPr="003949A0">
              <w:rPr>
                <w:rFonts w:cs="Times New Roman"/>
                <w:sz w:val="23"/>
                <w:szCs w:val="23"/>
                <w:lang w:val="tr-TR"/>
              </w:rPr>
              <w:br/>
              <w:t>3.</w:t>
            </w:r>
          </w:p>
        </w:tc>
      </w:tr>
    </w:tbl>
    <w:p w14:paraId="480D8138" w14:textId="77777777" w:rsidR="003949A0" w:rsidRPr="003949A0" w:rsidRDefault="003949A0" w:rsidP="003949A0">
      <w:pPr>
        <w:spacing w:after="0"/>
        <w:rPr>
          <w:rFonts w:cs="Times New Roman"/>
          <w:sz w:val="23"/>
          <w:szCs w:val="23"/>
          <w:lang w:val="tr-TR"/>
        </w:rPr>
      </w:pPr>
    </w:p>
    <w:p w14:paraId="49230E98"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lastRenderedPageBreak/>
        <w:t>CEVABIN TARAFINIZA İLETİLME YÖNTEMİ</w:t>
      </w:r>
    </w:p>
    <w:p w14:paraId="60F3C179" w14:textId="77777777" w:rsidR="003949A0" w:rsidRPr="003949A0" w:rsidRDefault="003949A0" w:rsidP="003949A0">
      <w:pPr>
        <w:pStyle w:val="ListeParagraf"/>
        <w:spacing w:before="120" w:after="0"/>
        <w:ind w:left="567"/>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7"/>
        <w:gridCol w:w="8844"/>
      </w:tblGrid>
      <w:tr w:rsidR="00BA03C9" w:rsidRPr="003949A0" w14:paraId="01C01316" w14:textId="77777777">
        <w:trPr>
          <w:jc w:val="center"/>
        </w:trPr>
        <w:tc>
          <w:tcPr>
            <w:tcW w:w="567" w:type="dxa"/>
          </w:tcPr>
          <w:p w14:paraId="02521A26"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22C1D975"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Yukarıda belirttiğim adrese posta yoluyla gönderilmesini istiyorum.</w:t>
            </w:r>
          </w:p>
        </w:tc>
      </w:tr>
      <w:tr w:rsidR="00BA03C9" w:rsidRPr="003949A0" w14:paraId="49DC819E" w14:textId="77777777">
        <w:trPr>
          <w:jc w:val="center"/>
        </w:trPr>
        <w:tc>
          <w:tcPr>
            <w:tcW w:w="567" w:type="dxa"/>
          </w:tcPr>
          <w:p w14:paraId="40A8D23D"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27963E30"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Yukarıda belirttiğim e-posta adresime gönderilmesini istiyorum. (Cevabın elektronik ortamda iletilmesini kabul ediyorum.)</w:t>
            </w:r>
          </w:p>
        </w:tc>
      </w:tr>
      <w:tr w:rsidR="00BA03C9" w:rsidRPr="003949A0" w14:paraId="79330F9B" w14:textId="77777777">
        <w:trPr>
          <w:jc w:val="center"/>
        </w:trPr>
        <w:tc>
          <w:tcPr>
            <w:tcW w:w="567" w:type="dxa"/>
          </w:tcPr>
          <w:p w14:paraId="2B655D7F" w14:textId="77777777" w:rsidR="00BA03C9" w:rsidRPr="003949A0" w:rsidRDefault="000B64FD" w:rsidP="003949A0">
            <w:pPr>
              <w:spacing w:after="0"/>
              <w:rPr>
                <w:rFonts w:cs="Times New Roman"/>
                <w:sz w:val="23"/>
                <w:szCs w:val="23"/>
                <w:lang w:val="tr-TR"/>
              </w:rPr>
            </w:pPr>
            <w:r w:rsidRPr="003949A0">
              <w:rPr>
                <w:rFonts w:ascii="Segoe UI Symbol" w:hAnsi="Segoe UI Symbol" w:cs="Segoe UI Symbol"/>
                <w:sz w:val="23"/>
                <w:szCs w:val="23"/>
                <w:lang w:val="tr-TR"/>
              </w:rPr>
              <w:t>☐</w:t>
            </w:r>
          </w:p>
        </w:tc>
        <w:tc>
          <w:tcPr>
            <w:tcW w:w="8844" w:type="dxa"/>
          </w:tcPr>
          <w:p w14:paraId="6AC09578"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Elden teslim almak istiyorum. (Vekâleten teslim alınması hâlinde noter tasdikli vekâletname gerekir.)</w:t>
            </w:r>
          </w:p>
        </w:tc>
      </w:tr>
    </w:tbl>
    <w:p w14:paraId="36EAA68B" w14:textId="77777777" w:rsidR="00BA03C9" w:rsidRPr="003949A0" w:rsidRDefault="00BA03C9" w:rsidP="003949A0">
      <w:pPr>
        <w:spacing w:after="0"/>
        <w:rPr>
          <w:rFonts w:cs="Times New Roman"/>
          <w:sz w:val="23"/>
          <w:szCs w:val="23"/>
          <w:lang w:val="tr-TR"/>
        </w:rPr>
      </w:pPr>
    </w:p>
    <w:p w14:paraId="6303F870" w14:textId="77777777" w:rsidR="00BA03C9" w:rsidRPr="003949A0" w:rsidRDefault="000B64FD" w:rsidP="003949A0">
      <w:pPr>
        <w:pStyle w:val="ListeParagraf"/>
        <w:numPr>
          <w:ilvl w:val="0"/>
          <w:numId w:val="10"/>
        </w:numPr>
        <w:spacing w:before="120" w:after="0"/>
        <w:ind w:left="567" w:hanging="567"/>
        <w:rPr>
          <w:rFonts w:cs="Times New Roman"/>
          <w:sz w:val="23"/>
          <w:szCs w:val="23"/>
          <w:lang w:val="tr-TR"/>
        </w:rPr>
      </w:pPr>
      <w:r w:rsidRPr="003949A0">
        <w:rPr>
          <w:rFonts w:cs="Times New Roman"/>
          <w:b/>
          <w:sz w:val="23"/>
          <w:szCs w:val="23"/>
          <w:lang w:val="tr-TR"/>
        </w:rPr>
        <w:t>BEYAN VE İMZA</w:t>
      </w:r>
    </w:p>
    <w:p w14:paraId="2A5EC7A4" w14:textId="77777777" w:rsidR="003949A0" w:rsidRPr="003949A0" w:rsidRDefault="003949A0" w:rsidP="003949A0">
      <w:pPr>
        <w:pStyle w:val="ListeParagraf"/>
        <w:spacing w:before="120" w:after="0"/>
        <w:ind w:left="567"/>
        <w:rPr>
          <w:rFonts w:cs="Times New Roman"/>
          <w:sz w:val="23"/>
          <w:szCs w:val="23"/>
          <w:lang w:val="tr-TR"/>
        </w:rPr>
      </w:pPr>
    </w:p>
    <w:p w14:paraId="111DA816" w14:textId="77777777" w:rsidR="00BA03C9" w:rsidRDefault="000B64FD" w:rsidP="003949A0">
      <w:pPr>
        <w:spacing w:after="0"/>
        <w:jc w:val="both"/>
        <w:rPr>
          <w:rFonts w:cs="Times New Roman"/>
          <w:sz w:val="23"/>
          <w:szCs w:val="23"/>
          <w:lang w:val="tr-TR"/>
        </w:rPr>
      </w:pPr>
      <w:r w:rsidRPr="003949A0">
        <w:rPr>
          <w:rFonts w:cs="Times New Roman"/>
          <w:sz w:val="23"/>
          <w:szCs w:val="23"/>
          <w:lang w:val="tr-TR"/>
        </w:rPr>
        <w:t>İşbu başvuru formunda tarafımca sağlanan bilgi ve belgelerin doğru ve güncel olduğunu; Şirket’in başvurumu sonuçlandırabilmek için ek bilgi talep edebileceğini ve ayrıca bir maliyet gerektirmesi hâlinde Tebliğ’in 7. maddesindeki ücreti alabileceğini; hukuka aykırı, yanıltıcı veya gerçeğe aykırı beyanlardan doğacak sorumluluğun tarafıma ait olduğunu bildiğimi kabul ve beyan ederim. Bu formda yer alan kişisel verilerimin, başvurumun değerlendirilmesi, sonuçlandırılması ve tarafımla iletişim kurulması amacıyla</w:t>
      </w:r>
      <w:r w:rsidRPr="003949A0">
        <w:rPr>
          <w:rFonts w:cs="Times New Roman"/>
          <w:sz w:val="23"/>
          <w:szCs w:val="23"/>
          <w:lang w:val="tr-TR"/>
        </w:rPr>
        <w:t xml:space="preserve"> Kanun’un 5. maddesinin 2. fıkrasının (ç) bendi uyarınca Şirket tarafından işleneceği konusunda bilgilendirildim.</w:t>
      </w:r>
    </w:p>
    <w:p w14:paraId="39C60EBD" w14:textId="77777777" w:rsidR="003949A0" w:rsidRPr="003949A0" w:rsidRDefault="003949A0" w:rsidP="003949A0">
      <w:pPr>
        <w:spacing w:after="0"/>
        <w:jc w:val="both"/>
        <w:rPr>
          <w:rFonts w:cs="Times New Roman"/>
          <w:sz w:val="23"/>
          <w:szCs w:val="23"/>
          <w:lang w:val="tr-TR"/>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34B384C3" w14:textId="77777777">
        <w:trPr>
          <w:jc w:val="center"/>
        </w:trPr>
        <w:tc>
          <w:tcPr>
            <w:tcW w:w="2948" w:type="dxa"/>
          </w:tcPr>
          <w:p w14:paraId="7E302BB8"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 xml:space="preserve">Başvuru Sahibi Ad, </w:t>
            </w:r>
            <w:proofErr w:type="spellStart"/>
            <w:r w:rsidRPr="003949A0">
              <w:rPr>
                <w:rFonts w:cs="Times New Roman"/>
                <w:b/>
                <w:sz w:val="23"/>
                <w:szCs w:val="23"/>
                <w:lang w:val="tr-TR"/>
              </w:rPr>
              <w:t>Soyad</w:t>
            </w:r>
            <w:proofErr w:type="spellEnd"/>
          </w:p>
        </w:tc>
        <w:tc>
          <w:tcPr>
            <w:tcW w:w="6463" w:type="dxa"/>
          </w:tcPr>
          <w:p w14:paraId="190A217D" w14:textId="77777777" w:rsidR="00BA03C9" w:rsidRPr="003949A0" w:rsidRDefault="00BA03C9" w:rsidP="003949A0">
            <w:pPr>
              <w:spacing w:after="0"/>
              <w:rPr>
                <w:rFonts w:cs="Times New Roman"/>
                <w:sz w:val="23"/>
                <w:szCs w:val="23"/>
                <w:lang w:val="tr-TR"/>
              </w:rPr>
            </w:pPr>
          </w:p>
        </w:tc>
      </w:tr>
      <w:tr w:rsidR="00BA03C9" w:rsidRPr="003949A0" w14:paraId="6108B25A" w14:textId="77777777">
        <w:trPr>
          <w:jc w:val="center"/>
        </w:trPr>
        <w:tc>
          <w:tcPr>
            <w:tcW w:w="2948" w:type="dxa"/>
          </w:tcPr>
          <w:p w14:paraId="65F90A33"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Başvuru Tarihi</w:t>
            </w:r>
          </w:p>
        </w:tc>
        <w:tc>
          <w:tcPr>
            <w:tcW w:w="6463" w:type="dxa"/>
          </w:tcPr>
          <w:p w14:paraId="1E092CCF"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t>____ / ____ / ________</w:t>
            </w:r>
          </w:p>
        </w:tc>
      </w:tr>
      <w:tr w:rsidR="00BA03C9" w:rsidRPr="003949A0" w14:paraId="28D934B2" w14:textId="77777777">
        <w:trPr>
          <w:jc w:val="center"/>
        </w:trPr>
        <w:tc>
          <w:tcPr>
            <w:tcW w:w="2948" w:type="dxa"/>
          </w:tcPr>
          <w:p w14:paraId="25AF0688"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İmza</w:t>
            </w:r>
          </w:p>
        </w:tc>
        <w:tc>
          <w:tcPr>
            <w:tcW w:w="6463" w:type="dxa"/>
          </w:tcPr>
          <w:p w14:paraId="469A4F18"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br/>
            </w:r>
            <w:r w:rsidRPr="003949A0">
              <w:rPr>
                <w:rFonts w:cs="Times New Roman"/>
                <w:sz w:val="23"/>
                <w:szCs w:val="23"/>
                <w:lang w:val="tr-TR"/>
              </w:rPr>
              <w:br/>
            </w:r>
          </w:p>
        </w:tc>
      </w:tr>
    </w:tbl>
    <w:p w14:paraId="2FC75680" w14:textId="77777777" w:rsidR="00BA03C9" w:rsidRPr="003949A0" w:rsidRDefault="00BA03C9" w:rsidP="003949A0">
      <w:pPr>
        <w:spacing w:after="0"/>
        <w:rPr>
          <w:rFonts w:cs="Times New Roman"/>
          <w:sz w:val="23"/>
          <w:szCs w:val="23"/>
          <w:lang w:val="tr-TR"/>
        </w:rPr>
      </w:pPr>
    </w:p>
    <w:p w14:paraId="0D4E2B12" w14:textId="77777777" w:rsidR="00BA03C9" w:rsidRPr="003949A0" w:rsidRDefault="000B64FD" w:rsidP="003949A0">
      <w:pPr>
        <w:spacing w:after="0"/>
        <w:rPr>
          <w:rFonts w:cs="Times New Roman"/>
          <w:sz w:val="23"/>
          <w:szCs w:val="23"/>
          <w:lang w:val="tr-TR"/>
        </w:rPr>
      </w:pPr>
      <w:r w:rsidRPr="003949A0">
        <w:rPr>
          <w:rFonts w:cs="Times New Roman"/>
          <w:i/>
          <w:sz w:val="23"/>
          <w:szCs w:val="23"/>
          <w:lang w:val="tr-TR"/>
        </w:rPr>
        <w:t>Vekil / veli / vasi tarafından yapılan başvurularda: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1CDB897F" w14:textId="77777777">
        <w:trPr>
          <w:jc w:val="center"/>
        </w:trPr>
        <w:tc>
          <w:tcPr>
            <w:tcW w:w="2948" w:type="dxa"/>
          </w:tcPr>
          <w:p w14:paraId="0AD6F85B"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 xml:space="preserve">Başvuruyu Yapan Ad, </w:t>
            </w:r>
            <w:proofErr w:type="spellStart"/>
            <w:r w:rsidRPr="003949A0">
              <w:rPr>
                <w:rFonts w:cs="Times New Roman"/>
                <w:b/>
                <w:sz w:val="23"/>
                <w:szCs w:val="23"/>
                <w:lang w:val="tr-TR"/>
              </w:rPr>
              <w:t>Soyad</w:t>
            </w:r>
            <w:proofErr w:type="spellEnd"/>
          </w:p>
        </w:tc>
        <w:tc>
          <w:tcPr>
            <w:tcW w:w="6463" w:type="dxa"/>
          </w:tcPr>
          <w:p w14:paraId="740271FA" w14:textId="77777777" w:rsidR="00BA03C9" w:rsidRPr="003949A0" w:rsidRDefault="00BA03C9" w:rsidP="003949A0">
            <w:pPr>
              <w:spacing w:after="0"/>
              <w:rPr>
                <w:rFonts w:cs="Times New Roman"/>
                <w:sz w:val="23"/>
                <w:szCs w:val="23"/>
                <w:lang w:val="tr-TR"/>
              </w:rPr>
            </w:pPr>
          </w:p>
        </w:tc>
      </w:tr>
      <w:tr w:rsidR="00BA03C9" w:rsidRPr="003949A0" w14:paraId="6F505E84" w14:textId="77777777">
        <w:trPr>
          <w:jc w:val="center"/>
        </w:trPr>
        <w:tc>
          <w:tcPr>
            <w:tcW w:w="2948" w:type="dxa"/>
          </w:tcPr>
          <w:p w14:paraId="2D36826A"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T.C. Kimlik Numarası</w:t>
            </w:r>
          </w:p>
        </w:tc>
        <w:tc>
          <w:tcPr>
            <w:tcW w:w="6463" w:type="dxa"/>
          </w:tcPr>
          <w:p w14:paraId="1F35D59B" w14:textId="77777777" w:rsidR="00BA03C9" w:rsidRPr="003949A0" w:rsidRDefault="00BA03C9" w:rsidP="003949A0">
            <w:pPr>
              <w:spacing w:after="0"/>
              <w:rPr>
                <w:rFonts w:cs="Times New Roman"/>
                <w:sz w:val="23"/>
                <w:szCs w:val="23"/>
                <w:lang w:val="tr-TR"/>
              </w:rPr>
            </w:pPr>
          </w:p>
        </w:tc>
      </w:tr>
      <w:tr w:rsidR="00BA03C9" w:rsidRPr="003949A0" w14:paraId="5090982E" w14:textId="77777777">
        <w:trPr>
          <w:jc w:val="center"/>
        </w:trPr>
        <w:tc>
          <w:tcPr>
            <w:tcW w:w="2948" w:type="dxa"/>
          </w:tcPr>
          <w:p w14:paraId="7946EB88"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Sıfatı (vekil / veli / vasi) ve dayanak belge</w:t>
            </w:r>
          </w:p>
        </w:tc>
        <w:tc>
          <w:tcPr>
            <w:tcW w:w="6463" w:type="dxa"/>
          </w:tcPr>
          <w:p w14:paraId="30C6AABB" w14:textId="77777777" w:rsidR="00BA03C9" w:rsidRPr="003949A0" w:rsidRDefault="00BA03C9" w:rsidP="003949A0">
            <w:pPr>
              <w:spacing w:after="0"/>
              <w:rPr>
                <w:rFonts w:cs="Times New Roman"/>
                <w:sz w:val="23"/>
                <w:szCs w:val="23"/>
                <w:lang w:val="tr-TR"/>
              </w:rPr>
            </w:pPr>
          </w:p>
        </w:tc>
      </w:tr>
      <w:tr w:rsidR="00BA03C9" w:rsidRPr="003949A0" w14:paraId="5F6CFA83" w14:textId="77777777">
        <w:trPr>
          <w:jc w:val="center"/>
        </w:trPr>
        <w:tc>
          <w:tcPr>
            <w:tcW w:w="2948" w:type="dxa"/>
          </w:tcPr>
          <w:p w14:paraId="562B0B27"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İmza</w:t>
            </w:r>
          </w:p>
        </w:tc>
        <w:tc>
          <w:tcPr>
            <w:tcW w:w="6463" w:type="dxa"/>
          </w:tcPr>
          <w:p w14:paraId="4C57CD54" w14:textId="77777777" w:rsidR="00BA03C9" w:rsidRPr="003949A0" w:rsidRDefault="000B64FD" w:rsidP="003949A0">
            <w:pPr>
              <w:spacing w:after="0"/>
              <w:rPr>
                <w:rFonts w:cs="Times New Roman"/>
                <w:sz w:val="23"/>
                <w:szCs w:val="23"/>
                <w:lang w:val="tr-TR"/>
              </w:rPr>
            </w:pPr>
            <w:r w:rsidRPr="003949A0">
              <w:rPr>
                <w:rFonts w:cs="Times New Roman"/>
                <w:sz w:val="23"/>
                <w:szCs w:val="23"/>
                <w:lang w:val="tr-TR"/>
              </w:rPr>
              <w:br/>
            </w:r>
            <w:r w:rsidRPr="003949A0">
              <w:rPr>
                <w:rFonts w:cs="Times New Roman"/>
                <w:sz w:val="23"/>
                <w:szCs w:val="23"/>
                <w:lang w:val="tr-TR"/>
              </w:rPr>
              <w:br/>
            </w:r>
          </w:p>
        </w:tc>
      </w:tr>
    </w:tbl>
    <w:p w14:paraId="72D35C1D" w14:textId="77777777" w:rsidR="00BA03C9" w:rsidRPr="003949A0" w:rsidRDefault="00BA03C9" w:rsidP="003949A0">
      <w:pPr>
        <w:spacing w:after="0"/>
        <w:rPr>
          <w:rFonts w:cs="Times New Roman"/>
          <w:sz w:val="23"/>
          <w:szCs w:val="23"/>
          <w:lang w:val="tr-TR"/>
        </w:rPr>
      </w:pPr>
    </w:p>
    <w:p w14:paraId="3181AD49" w14:textId="77777777" w:rsidR="00BA03C9" w:rsidRPr="003949A0" w:rsidRDefault="000B64FD" w:rsidP="003949A0">
      <w:pPr>
        <w:spacing w:after="0"/>
        <w:rPr>
          <w:rFonts w:cs="Times New Roman"/>
          <w:sz w:val="23"/>
          <w:szCs w:val="23"/>
          <w:lang w:val="tr-TR"/>
        </w:rPr>
      </w:pPr>
      <w:r w:rsidRPr="003949A0">
        <w:rPr>
          <w:rFonts w:cs="Times New Roman"/>
          <w:i/>
          <w:sz w:val="23"/>
          <w:szCs w:val="23"/>
          <w:lang w:val="tr-TR"/>
        </w:rPr>
        <w:t>Şirket tarafından doldurulacaktır:</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463"/>
      </w:tblGrid>
      <w:tr w:rsidR="00BA03C9" w:rsidRPr="003949A0" w14:paraId="076F7F9C" w14:textId="77777777">
        <w:trPr>
          <w:jc w:val="center"/>
        </w:trPr>
        <w:tc>
          <w:tcPr>
            <w:tcW w:w="2948" w:type="dxa"/>
          </w:tcPr>
          <w:p w14:paraId="56E1A0F6"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Başvurunun Şirket’e ulaştığı / tebliğ edildiği tarih</w:t>
            </w:r>
          </w:p>
        </w:tc>
        <w:tc>
          <w:tcPr>
            <w:tcW w:w="6463" w:type="dxa"/>
          </w:tcPr>
          <w:p w14:paraId="28E8D63C" w14:textId="77777777" w:rsidR="00BA03C9" w:rsidRPr="003949A0" w:rsidRDefault="00BA03C9" w:rsidP="003949A0">
            <w:pPr>
              <w:spacing w:after="0"/>
              <w:rPr>
                <w:rFonts w:cs="Times New Roman"/>
                <w:sz w:val="23"/>
                <w:szCs w:val="23"/>
                <w:lang w:val="tr-TR"/>
              </w:rPr>
            </w:pPr>
          </w:p>
        </w:tc>
      </w:tr>
      <w:tr w:rsidR="00BA03C9" w:rsidRPr="003949A0" w14:paraId="57F7642B" w14:textId="77777777">
        <w:trPr>
          <w:jc w:val="center"/>
        </w:trPr>
        <w:tc>
          <w:tcPr>
            <w:tcW w:w="2948" w:type="dxa"/>
          </w:tcPr>
          <w:p w14:paraId="5B7F45E8"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Başvuru yöntemi</w:t>
            </w:r>
          </w:p>
        </w:tc>
        <w:tc>
          <w:tcPr>
            <w:tcW w:w="6463" w:type="dxa"/>
          </w:tcPr>
          <w:p w14:paraId="3CA9C500" w14:textId="77777777" w:rsidR="00BA03C9" w:rsidRPr="003949A0" w:rsidRDefault="00BA03C9" w:rsidP="003949A0">
            <w:pPr>
              <w:spacing w:after="0"/>
              <w:rPr>
                <w:rFonts w:cs="Times New Roman"/>
                <w:sz w:val="23"/>
                <w:szCs w:val="23"/>
                <w:lang w:val="tr-TR"/>
              </w:rPr>
            </w:pPr>
          </w:p>
        </w:tc>
      </w:tr>
      <w:tr w:rsidR="00BA03C9" w:rsidRPr="003949A0" w14:paraId="572767C1" w14:textId="77777777">
        <w:trPr>
          <w:jc w:val="center"/>
        </w:trPr>
        <w:tc>
          <w:tcPr>
            <w:tcW w:w="2948" w:type="dxa"/>
          </w:tcPr>
          <w:p w14:paraId="48CAB749"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Kayıt numarası</w:t>
            </w:r>
          </w:p>
        </w:tc>
        <w:tc>
          <w:tcPr>
            <w:tcW w:w="6463" w:type="dxa"/>
          </w:tcPr>
          <w:p w14:paraId="23E65A6A" w14:textId="77777777" w:rsidR="00BA03C9" w:rsidRPr="003949A0" w:rsidRDefault="00BA03C9" w:rsidP="003949A0">
            <w:pPr>
              <w:spacing w:after="0"/>
              <w:rPr>
                <w:rFonts w:cs="Times New Roman"/>
                <w:sz w:val="23"/>
                <w:szCs w:val="23"/>
                <w:lang w:val="tr-TR"/>
              </w:rPr>
            </w:pPr>
          </w:p>
        </w:tc>
      </w:tr>
      <w:tr w:rsidR="00BA03C9" w:rsidRPr="003949A0" w14:paraId="5547597E" w14:textId="77777777">
        <w:trPr>
          <w:jc w:val="center"/>
        </w:trPr>
        <w:tc>
          <w:tcPr>
            <w:tcW w:w="2948" w:type="dxa"/>
          </w:tcPr>
          <w:p w14:paraId="1DC42963" w14:textId="77777777" w:rsidR="00BA03C9" w:rsidRPr="003949A0" w:rsidRDefault="000B64FD" w:rsidP="003949A0">
            <w:pPr>
              <w:spacing w:after="0"/>
              <w:rPr>
                <w:rFonts w:cs="Times New Roman"/>
                <w:sz w:val="23"/>
                <w:szCs w:val="23"/>
                <w:lang w:val="tr-TR"/>
              </w:rPr>
            </w:pPr>
            <w:r w:rsidRPr="003949A0">
              <w:rPr>
                <w:rFonts w:cs="Times New Roman"/>
                <w:b/>
                <w:sz w:val="23"/>
                <w:szCs w:val="23"/>
                <w:lang w:val="tr-TR"/>
              </w:rPr>
              <w:t>Cevap tarihi</w:t>
            </w:r>
          </w:p>
        </w:tc>
        <w:tc>
          <w:tcPr>
            <w:tcW w:w="6463" w:type="dxa"/>
          </w:tcPr>
          <w:p w14:paraId="09747F61" w14:textId="77777777" w:rsidR="00BA03C9" w:rsidRPr="003949A0" w:rsidRDefault="00BA03C9" w:rsidP="003949A0">
            <w:pPr>
              <w:spacing w:after="0"/>
              <w:rPr>
                <w:rFonts w:cs="Times New Roman"/>
                <w:sz w:val="23"/>
                <w:szCs w:val="23"/>
                <w:lang w:val="tr-TR"/>
              </w:rPr>
            </w:pPr>
          </w:p>
        </w:tc>
      </w:tr>
    </w:tbl>
    <w:p w14:paraId="2D412BE3" w14:textId="77777777" w:rsidR="00BA03C9" w:rsidRPr="003949A0" w:rsidRDefault="00BA03C9" w:rsidP="003949A0">
      <w:pPr>
        <w:spacing w:after="0"/>
        <w:rPr>
          <w:rFonts w:cs="Times New Roman"/>
          <w:sz w:val="23"/>
          <w:szCs w:val="23"/>
          <w:lang w:val="tr-TR"/>
        </w:rPr>
      </w:pPr>
    </w:p>
    <w:sectPr w:rsidR="00BA03C9" w:rsidRPr="003949A0" w:rsidSect="00034616">
      <w:footerReference w:type="even" r:id="rId8"/>
      <w:footerReference w:type="default" r:id="rId9"/>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9DA6F" w14:textId="77777777" w:rsidR="000B64FD" w:rsidRDefault="000B64FD" w:rsidP="003949A0">
      <w:pPr>
        <w:spacing w:after="0" w:line="240" w:lineRule="auto"/>
      </w:pPr>
      <w:r>
        <w:separator/>
      </w:r>
    </w:p>
  </w:endnote>
  <w:endnote w:type="continuationSeparator" w:id="0">
    <w:p w14:paraId="23682E9C" w14:textId="77777777" w:rsidR="000B64FD" w:rsidRDefault="000B64FD" w:rsidP="00394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833989708"/>
      <w:docPartObj>
        <w:docPartGallery w:val="Page Numbers (Bottom of Page)"/>
        <w:docPartUnique/>
      </w:docPartObj>
    </w:sdtPr>
    <w:sdtEndPr>
      <w:rPr>
        <w:rStyle w:val="SayfaNumaras"/>
      </w:rPr>
    </w:sdtEndPr>
    <w:sdtContent>
      <w:p w14:paraId="3CA66DDF" w14:textId="77777777" w:rsidR="003949A0" w:rsidRDefault="003949A0" w:rsidP="003949A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7D1E5F1" w14:textId="77777777" w:rsidR="003949A0" w:rsidRDefault="003949A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b/>
        <w:bCs/>
      </w:rPr>
      <w:id w:val="1970554881"/>
      <w:docPartObj>
        <w:docPartGallery w:val="Page Numbers (Bottom of Page)"/>
        <w:docPartUnique/>
      </w:docPartObj>
    </w:sdtPr>
    <w:sdtEndPr>
      <w:rPr>
        <w:rStyle w:val="SayfaNumaras"/>
      </w:rPr>
    </w:sdtEndPr>
    <w:sdtContent>
      <w:p w14:paraId="07C05B3C" w14:textId="77777777" w:rsidR="003949A0" w:rsidRPr="003949A0" w:rsidRDefault="003949A0" w:rsidP="003949A0">
        <w:pPr>
          <w:pStyle w:val="AltBilgi"/>
          <w:framePr w:wrap="none" w:vAnchor="text" w:hAnchor="margin" w:xAlign="center" w:y="1"/>
          <w:rPr>
            <w:rStyle w:val="SayfaNumaras"/>
            <w:b/>
            <w:bCs/>
          </w:rPr>
        </w:pPr>
        <w:r w:rsidRPr="003949A0">
          <w:rPr>
            <w:rStyle w:val="SayfaNumaras"/>
            <w:b/>
            <w:bCs/>
          </w:rPr>
          <w:fldChar w:fldCharType="begin"/>
        </w:r>
        <w:r w:rsidRPr="003949A0">
          <w:rPr>
            <w:rStyle w:val="SayfaNumaras"/>
            <w:b/>
            <w:bCs/>
          </w:rPr>
          <w:instrText xml:space="preserve"> PAGE </w:instrText>
        </w:r>
        <w:r w:rsidRPr="003949A0">
          <w:rPr>
            <w:rStyle w:val="SayfaNumaras"/>
            <w:b/>
            <w:bCs/>
          </w:rPr>
          <w:fldChar w:fldCharType="separate"/>
        </w:r>
        <w:r w:rsidRPr="003949A0">
          <w:rPr>
            <w:rStyle w:val="SayfaNumaras"/>
            <w:b/>
            <w:bCs/>
            <w:noProof/>
          </w:rPr>
          <w:t>1</w:t>
        </w:r>
        <w:r w:rsidRPr="003949A0">
          <w:rPr>
            <w:rStyle w:val="SayfaNumaras"/>
            <w:b/>
            <w:bCs/>
          </w:rPr>
          <w:fldChar w:fldCharType="end"/>
        </w:r>
      </w:p>
    </w:sdtContent>
  </w:sdt>
  <w:p w14:paraId="7978B6C1" w14:textId="77777777" w:rsidR="003949A0" w:rsidRDefault="003949A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E858" w14:textId="77777777" w:rsidR="000B64FD" w:rsidRDefault="000B64FD" w:rsidP="003949A0">
      <w:pPr>
        <w:spacing w:after="0" w:line="240" w:lineRule="auto"/>
      </w:pPr>
      <w:r>
        <w:separator/>
      </w:r>
    </w:p>
  </w:footnote>
  <w:footnote w:type="continuationSeparator" w:id="0">
    <w:p w14:paraId="7FA863F1" w14:textId="77777777" w:rsidR="000B64FD" w:rsidRDefault="000B64FD" w:rsidP="003949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426B4CD0"/>
    <w:multiLevelType w:val="hybridMultilevel"/>
    <w:tmpl w:val="0B38A436"/>
    <w:lvl w:ilvl="0" w:tplc="486A9760">
      <w:start w:val="1"/>
      <w:numFmt w:val="upp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591209A"/>
    <w:multiLevelType w:val="hybridMultilevel"/>
    <w:tmpl w:val="1F4ADA4A"/>
    <w:lvl w:ilvl="0" w:tplc="39C48A60">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1193688">
    <w:abstractNumId w:val="8"/>
  </w:num>
  <w:num w:numId="2" w16cid:durableId="847910490">
    <w:abstractNumId w:val="6"/>
  </w:num>
  <w:num w:numId="3" w16cid:durableId="1843465614">
    <w:abstractNumId w:val="5"/>
  </w:num>
  <w:num w:numId="4" w16cid:durableId="289869854">
    <w:abstractNumId w:val="4"/>
  </w:num>
  <w:num w:numId="5" w16cid:durableId="513113176">
    <w:abstractNumId w:val="7"/>
  </w:num>
  <w:num w:numId="6" w16cid:durableId="485971540">
    <w:abstractNumId w:val="3"/>
  </w:num>
  <w:num w:numId="7" w16cid:durableId="328291897">
    <w:abstractNumId w:val="2"/>
  </w:num>
  <w:num w:numId="8" w16cid:durableId="436752331">
    <w:abstractNumId w:val="1"/>
  </w:num>
  <w:num w:numId="9" w16cid:durableId="32074528">
    <w:abstractNumId w:val="0"/>
  </w:num>
  <w:num w:numId="10" w16cid:durableId="1925726256">
    <w:abstractNumId w:val="9"/>
  </w:num>
  <w:num w:numId="11" w16cid:durableId="9304305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AB4"/>
    <w:rsid w:val="000B64FD"/>
    <w:rsid w:val="0015074B"/>
    <w:rsid w:val="0029639D"/>
    <w:rsid w:val="00326F90"/>
    <w:rsid w:val="003949A0"/>
    <w:rsid w:val="005D1722"/>
    <w:rsid w:val="00AA1D8D"/>
    <w:rsid w:val="00B47730"/>
    <w:rsid w:val="00BA03C9"/>
    <w:rsid w:val="00CB0664"/>
    <w:rsid w:val="00D711D4"/>
    <w:rsid w:val="00FA4E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EB3BF"/>
  <w14:defaultImageDpi w14:val="300"/>
  <w15:docId w15:val="{D395A6A0-53B3-624B-8C7D-D3CA5E28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ayfaNumaras">
    <w:name w:val="page number"/>
    <w:basedOn w:val="VarsaylanParagrafYazTipi"/>
    <w:uiPriority w:val="99"/>
    <w:semiHidden/>
    <w:unhideWhenUsed/>
    <w:rsid w:val="0039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857</Words>
  <Characters>6101</Characters>
  <Application>Microsoft Office Word</Application>
  <DocSecurity>0</DocSecurity>
  <Lines>217</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Emre Zebil</cp:lastModifiedBy>
  <cp:revision>4</cp:revision>
  <dcterms:created xsi:type="dcterms:W3CDTF">2026-09-06T22:30:00Z</dcterms:created>
  <dcterms:modified xsi:type="dcterms:W3CDTF">2026-09-07T07:36:00Z</dcterms:modified>
  <cp:category/>
</cp:coreProperties>
</file>